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346" w:rsidRDefault="00D75A92">
      <w:pPr>
        <w:pStyle w:val="Titolo"/>
      </w:pPr>
      <w:r>
        <w:t>PROGETTO ERASMUS+ – ELENCO DEFINITIVO STUDENTI PARTECIPANTI</w:t>
      </w:r>
    </w:p>
    <w:p w:rsidR="00621346" w:rsidRDefault="00D75A92">
      <w:r>
        <w:t xml:space="preserve">Si </w:t>
      </w:r>
      <w:proofErr w:type="spellStart"/>
      <w:r>
        <w:t>comunica</w:t>
      </w:r>
      <w:proofErr w:type="spellEnd"/>
      <w:r>
        <w:t xml:space="preserve"> </w:t>
      </w:r>
      <w:proofErr w:type="spellStart"/>
      <w:r>
        <w:t>l’elenco</w:t>
      </w:r>
      <w:proofErr w:type="spellEnd"/>
      <w:r>
        <w:t xml:space="preserve"> </w:t>
      </w:r>
      <w:proofErr w:type="spellStart"/>
      <w:r>
        <w:t>definitivo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studenti partecipanti al progetto Erasmus+ suddivisi per destinazione.</w:t>
      </w:r>
    </w:p>
    <w:p w:rsidR="00621346" w:rsidRDefault="00D75A92">
      <w:r>
        <w:t>Periodo mobilità:</w:t>
      </w:r>
      <w:r>
        <w:br/>
        <w:t>Francia (Caen): 9 giugno - 9 luglio 2026</w:t>
      </w:r>
      <w:r>
        <w:br/>
        <w:t>Spagna (Granada) e Grecia (Chania): 10 giugno - 10 luglio 2026</w:t>
      </w:r>
    </w:p>
    <w:p w:rsidR="00621346" w:rsidRDefault="00D75A92">
      <w:pPr>
        <w:pStyle w:val="Titolo1"/>
      </w:pPr>
      <w:r>
        <w:t>DESTINAZIONE FRANCIA – CAEN</w:t>
      </w:r>
    </w:p>
    <w:p w:rsidR="00621346" w:rsidRDefault="00D75A92">
      <w:r>
        <w:t>Tutor accompagnatore: Prof.ssa Tassi Antonella (intero periodo)</w:t>
      </w:r>
    </w:p>
    <w:p w:rsidR="00621346" w:rsidRDefault="00D75A92">
      <w:r>
        <w:t>Del Bello Marialuisa – 4 C ENOG</w:t>
      </w:r>
    </w:p>
    <w:p w:rsidR="00621346" w:rsidRDefault="00D75A92">
      <w:r>
        <w:t>Achilli Massimo – 4 B SALA</w:t>
      </w:r>
    </w:p>
    <w:p w:rsidR="00621346" w:rsidRDefault="00D75A92">
      <w:r>
        <w:t>Cruciani Noemi – 4 A SALA</w:t>
      </w:r>
    </w:p>
    <w:p w:rsidR="00621346" w:rsidRDefault="00D75A92">
      <w:r>
        <w:t>Sanfilippo Simone – 4 C ENOG</w:t>
      </w:r>
    </w:p>
    <w:p w:rsidR="00621346" w:rsidRDefault="00D75A92">
      <w:r>
        <w:t>Ricci Beatrice – 4 A SALA</w:t>
      </w:r>
    </w:p>
    <w:p w:rsidR="00621346" w:rsidRDefault="00D75A92">
      <w:r>
        <w:t>Ricci Rebecca – 4 C ENOG</w:t>
      </w:r>
    </w:p>
    <w:p w:rsidR="00621346" w:rsidRDefault="00D75A92">
      <w:r>
        <w:t>Ladines Lazoalisong Giuseppe – 4 B SALA</w:t>
      </w:r>
    </w:p>
    <w:p w:rsidR="00621346" w:rsidRDefault="00D75A92">
      <w:r>
        <w:t>Musanti Stefano – 4 B ENOG</w:t>
      </w:r>
    </w:p>
    <w:p w:rsidR="00621346" w:rsidRDefault="00D75A92">
      <w:r>
        <w:t>Calabrese Sara – 4 A SALA</w:t>
      </w:r>
    </w:p>
    <w:p w:rsidR="00621346" w:rsidRDefault="00881BAE">
      <w:proofErr w:type="spellStart"/>
      <w:r>
        <w:t>Morichetti</w:t>
      </w:r>
      <w:proofErr w:type="spellEnd"/>
      <w:r>
        <w:t xml:space="preserve"> Carlo  – 4 A SALA</w:t>
      </w:r>
      <w:bookmarkStart w:id="0" w:name="_GoBack"/>
      <w:bookmarkEnd w:id="0"/>
    </w:p>
    <w:p w:rsidR="00621346" w:rsidRDefault="00D75A92">
      <w:pPr>
        <w:pStyle w:val="Titolo1"/>
      </w:pPr>
      <w:r>
        <w:t>DESTINAZIONE SPAGNA – GRANADA</w:t>
      </w:r>
    </w:p>
    <w:p w:rsidR="00621346" w:rsidRDefault="00774F67">
      <w:r>
        <w:t>Tutor accompagnatori: Prof. Pil</w:t>
      </w:r>
      <w:r w:rsidR="00D75A92">
        <w:t>ati Emanuele, Prof. Giordano Federici (intero periodo)</w:t>
      </w:r>
    </w:p>
    <w:p w:rsidR="00621346" w:rsidRDefault="00D75A92">
      <w:r>
        <w:t>Meniconi Aurora – 3 ACCOGLIENZA</w:t>
      </w:r>
    </w:p>
    <w:p w:rsidR="00621346" w:rsidRDefault="00D75A92">
      <w:r>
        <w:t>Marcoccio Riccardo – 4 C ENOG</w:t>
      </w:r>
    </w:p>
    <w:p w:rsidR="00621346" w:rsidRDefault="00D75A92">
      <w:r>
        <w:t>Malki Aya – 4 B ENOG</w:t>
      </w:r>
    </w:p>
    <w:p w:rsidR="00621346" w:rsidRDefault="00D75A92">
      <w:r>
        <w:t>Minni Mattia – 4 B SALA</w:t>
      </w:r>
    </w:p>
    <w:p w:rsidR="00621346" w:rsidRDefault="00D75A92">
      <w:r>
        <w:lastRenderedPageBreak/>
        <w:t>Generotti Alice – 4 B SALA</w:t>
      </w:r>
    </w:p>
    <w:p w:rsidR="00621346" w:rsidRDefault="00D75A92">
      <w:r>
        <w:t>Montagna Martina – 4 C ENOG</w:t>
      </w:r>
    </w:p>
    <w:p w:rsidR="00621346" w:rsidRDefault="00D75A92">
      <w:r>
        <w:t>Rosati Chiara – 4 B SALA</w:t>
      </w:r>
    </w:p>
    <w:p w:rsidR="00621346" w:rsidRDefault="00D75A92">
      <w:r>
        <w:t>Trotta Francesco – 4 ACCOGLIENZA</w:t>
      </w:r>
    </w:p>
    <w:p w:rsidR="00621346" w:rsidRDefault="00D75A92">
      <w:r>
        <w:t>Meza Dol Felipe – 4 B SALA</w:t>
      </w:r>
    </w:p>
    <w:p w:rsidR="00621346" w:rsidRDefault="00D75A92">
      <w:r>
        <w:t>Zingale Gabriele – 4 C ENOG</w:t>
      </w:r>
    </w:p>
    <w:p w:rsidR="00621346" w:rsidRDefault="00D75A92">
      <w:r>
        <w:t>Marziali Esmeralda – 4 C ENOG</w:t>
      </w:r>
    </w:p>
    <w:p w:rsidR="00621346" w:rsidRDefault="00D75A92">
      <w:r>
        <w:t>Mercuri Marco – 4 C ENOG</w:t>
      </w:r>
    </w:p>
    <w:p w:rsidR="00621346" w:rsidRDefault="00D75A92">
      <w:r>
        <w:t>Cavallaro Andrea – 4 A ENOG</w:t>
      </w:r>
    </w:p>
    <w:p w:rsidR="00621346" w:rsidRDefault="00D75A92">
      <w:r>
        <w:t>La Licata Samuele – 4 B SALA</w:t>
      </w:r>
    </w:p>
    <w:p w:rsidR="00621346" w:rsidRDefault="00D75A92">
      <w:r>
        <w:t>Rossi Daniele – 4 B SALA</w:t>
      </w:r>
    </w:p>
    <w:p w:rsidR="00621346" w:rsidRDefault="00D75A92">
      <w:r>
        <w:t>Bernardini Francesco – 4 A SALA</w:t>
      </w:r>
    </w:p>
    <w:p w:rsidR="00621346" w:rsidRDefault="00D75A92">
      <w:pPr>
        <w:pStyle w:val="Titolo1"/>
      </w:pPr>
      <w:r>
        <w:t>DESTINAZIONE GRECIA – CHANIA</w:t>
      </w:r>
    </w:p>
    <w:p w:rsidR="005F0470" w:rsidRDefault="00D75A92">
      <w:proofErr w:type="spellStart"/>
      <w:r>
        <w:t>Referenti</w:t>
      </w:r>
      <w:proofErr w:type="spellEnd"/>
      <w:r>
        <w:t xml:space="preserve"> Erasmus</w:t>
      </w:r>
      <w:proofErr w:type="gramStart"/>
      <w:r>
        <w:t>:</w:t>
      </w:r>
      <w:proofErr w:type="gramEnd"/>
      <w:r>
        <w:br/>
      </w:r>
      <w:proofErr w:type="spellStart"/>
      <w:r>
        <w:t>Diotallevi</w:t>
      </w:r>
      <w:proofErr w:type="spellEnd"/>
      <w:r>
        <w:t xml:space="preserve"> Paolo (10/</w:t>
      </w:r>
      <w:r w:rsidR="00774F67">
        <w:t>06/2026–17/06/2026)</w:t>
      </w:r>
      <w:r w:rsidR="00774F67">
        <w:br/>
      </w:r>
      <w:proofErr w:type="spellStart"/>
      <w:r w:rsidR="00774F67">
        <w:t>Bibi</w:t>
      </w:r>
      <w:proofErr w:type="spellEnd"/>
      <w:r w:rsidR="00774F67">
        <w:t xml:space="preserve"> Luca</w:t>
      </w:r>
      <w:r>
        <w:t xml:space="preserve"> (10/06/2026–24/06/2026)</w:t>
      </w:r>
      <w:r>
        <w:br/>
      </w:r>
      <w:r w:rsidR="005F0470">
        <w:t>Gallo Rosaria (10/06/2026–24/06/2026)</w:t>
      </w:r>
    </w:p>
    <w:p w:rsidR="00621346" w:rsidRDefault="00D75A92">
      <w:proofErr w:type="spellStart"/>
      <w:r>
        <w:t>Giuli</w:t>
      </w:r>
      <w:proofErr w:type="spellEnd"/>
      <w:r>
        <w:t xml:space="preserve"> Luigi, </w:t>
      </w:r>
      <w:proofErr w:type="spellStart"/>
      <w:r>
        <w:t>Magrini</w:t>
      </w:r>
      <w:proofErr w:type="spellEnd"/>
      <w:r>
        <w:t xml:space="preserve"> </w:t>
      </w:r>
      <w:proofErr w:type="spellStart"/>
      <w:r>
        <w:t>Marinella</w:t>
      </w:r>
      <w:proofErr w:type="spellEnd"/>
      <w:r>
        <w:t>, (</w:t>
      </w:r>
      <w:proofErr w:type="spellStart"/>
      <w:r>
        <w:t>intero</w:t>
      </w:r>
      <w:proofErr w:type="spellEnd"/>
      <w:r>
        <w:t xml:space="preserve"> </w:t>
      </w:r>
      <w:proofErr w:type="spellStart"/>
      <w:r>
        <w:t>periodo</w:t>
      </w:r>
      <w:proofErr w:type="spellEnd"/>
      <w:r>
        <w:t>)</w:t>
      </w:r>
    </w:p>
    <w:p w:rsidR="00621346" w:rsidRDefault="00D75A92">
      <w:r>
        <w:t>Pulvirenti Sara Angela – 4 B SALA</w:t>
      </w:r>
    </w:p>
    <w:p w:rsidR="00621346" w:rsidRDefault="00D75A92">
      <w:r>
        <w:t>Calò Tommaso – 4 B SALA</w:t>
      </w:r>
    </w:p>
    <w:p w:rsidR="00621346" w:rsidRDefault="00D75A92">
      <w:r>
        <w:t>Petrini Emanuele – 4 B SALA</w:t>
      </w:r>
    </w:p>
    <w:p w:rsidR="00621346" w:rsidRDefault="00D75A92">
      <w:r>
        <w:t>Carlini Aurora – 4 B SALA</w:t>
      </w:r>
    </w:p>
    <w:p w:rsidR="00621346" w:rsidRDefault="00D75A92">
      <w:r>
        <w:t>Casoni Asia – 4 C ENOG</w:t>
      </w:r>
    </w:p>
    <w:p w:rsidR="00621346" w:rsidRDefault="00D75A92">
      <w:r>
        <w:t>Baviglia Lorenzo – 4 A ENOG</w:t>
      </w:r>
    </w:p>
    <w:p w:rsidR="00621346" w:rsidRDefault="00D75A92">
      <w:r>
        <w:t>Fabiani Paride – 4 A ENOG</w:t>
      </w:r>
    </w:p>
    <w:p w:rsidR="00621346" w:rsidRDefault="00D75A92">
      <w:r>
        <w:t>Marchesi Mirco – 4 A ENOG</w:t>
      </w:r>
    </w:p>
    <w:p w:rsidR="00621346" w:rsidRDefault="00D75A92">
      <w:r>
        <w:t>Della Marta Francesco – 3 B ENOG</w:t>
      </w:r>
    </w:p>
    <w:p w:rsidR="00621346" w:rsidRDefault="00D75A92">
      <w:r>
        <w:lastRenderedPageBreak/>
        <w:t>Meniconi Giorgia – 3 A ENOG</w:t>
      </w:r>
    </w:p>
    <w:p w:rsidR="00621346" w:rsidRDefault="00D75A92">
      <w:r>
        <w:t>Korahi Stephy – 4 SCAE</w:t>
      </w:r>
    </w:p>
    <w:p w:rsidR="00621346" w:rsidRDefault="00D75A92">
      <w:r>
        <w:t>Barbatelli Giuseppe – 4 A ENOG (10/06/2026–24/06/2026)</w:t>
      </w:r>
    </w:p>
    <w:p w:rsidR="00621346" w:rsidRDefault="00D75A92">
      <w:r>
        <w:t>Randazzo Gabriele – 4 B ENOG</w:t>
      </w:r>
    </w:p>
    <w:sectPr w:rsidR="006213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0470"/>
    <w:rsid w:val="00621346"/>
    <w:rsid w:val="00774F67"/>
    <w:rsid w:val="00881BAE"/>
    <w:rsid w:val="008A0F67"/>
    <w:rsid w:val="00AA1D8D"/>
    <w:rsid w:val="00B47730"/>
    <w:rsid w:val="00CB0664"/>
    <w:rsid w:val="00D203F0"/>
    <w:rsid w:val="00D75A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690011E-2006-4080-B1D3-8DDB271B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51FE3E-7AD6-4085-BE2A-556EE1CE8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272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ERASMUS</cp:lastModifiedBy>
  <cp:revision>3</cp:revision>
  <dcterms:created xsi:type="dcterms:W3CDTF">2026-04-01T07:35:00Z</dcterms:created>
  <dcterms:modified xsi:type="dcterms:W3CDTF">2026-04-23T14:36:00Z</dcterms:modified>
  <cp:category/>
</cp:coreProperties>
</file>