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D35" w:rsidRDefault="00123F9F">
      <w:pPr>
        <w:spacing w:after="160"/>
        <w:jc w:val="center"/>
        <w:rPr>
          <w:rFonts w:hint="eastAsia"/>
        </w:rPr>
      </w:pPr>
      <w:bookmarkStart w:id="0" w:name="_GoBack"/>
      <w:bookmarkEnd w:id="0"/>
      <w:r>
        <w:rPr>
          <w:b/>
          <w:color w:val="22507A"/>
        </w:rPr>
        <w:t>ERASMUS+ VET SHORT  |  BARCELLONA 2027</w:t>
      </w:r>
    </w:p>
    <w:p w:rsidR="00DA4D35" w:rsidRDefault="00123F9F">
      <w:pPr>
        <w:spacing w:after="200"/>
        <w:jc w:val="center"/>
        <w:rPr>
          <w:rFonts w:hint="eastAsia"/>
        </w:rPr>
      </w:pPr>
      <w:r>
        <w:rPr>
          <w:rFonts w:ascii="Aptos Display" w:hAnsi="Aptos Display"/>
          <w:b/>
          <w:color w:val="14375B"/>
          <w:sz w:val="30"/>
        </w:rPr>
        <w:t>ELENCO DEGLI STUDENTI AVENTI DIRITTO</w:t>
      </w:r>
      <w:r>
        <w:rPr>
          <w:rFonts w:ascii="Aptos Display" w:hAnsi="Aptos Display"/>
          <w:b/>
          <w:color w:val="14375B"/>
          <w:sz w:val="30"/>
        </w:rPr>
        <w:br/>
        <w:t>ALLA PARTECIPAZIONE AL PROGETTO</w:t>
      </w:r>
    </w:p>
    <w:p w:rsidR="00DA4D35" w:rsidRDefault="00123F9F">
      <w:pPr>
        <w:spacing w:after="60"/>
        <w:jc w:val="center"/>
        <w:rPr>
          <w:rFonts w:hint="eastAsia"/>
        </w:rPr>
      </w:pPr>
      <w:r>
        <w:rPr>
          <w:b/>
          <w:sz w:val="21"/>
        </w:rPr>
        <w:t>Destinazione: Barcellona (Spagna)</w:t>
      </w:r>
    </w:p>
    <w:p w:rsidR="00DA4D35" w:rsidRDefault="00123F9F">
      <w:pPr>
        <w:spacing w:after="240"/>
        <w:jc w:val="center"/>
        <w:rPr>
          <w:rFonts w:hint="eastAsia"/>
        </w:rPr>
      </w:pPr>
      <w:r>
        <w:rPr>
          <w:sz w:val="21"/>
        </w:rPr>
        <w:t>Periodo presumibile della mobilità: dal 9 giugno al 9 luglio 2027</w:t>
      </w:r>
    </w:p>
    <w:p w:rsidR="00DA4D35" w:rsidRDefault="00123F9F">
      <w:pPr>
        <w:spacing w:after="100"/>
        <w:rPr>
          <w:rFonts w:hint="eastAsia"/>
        </w:rPr>
      </w:pPr>
      <w:r>
        <w:rPr>
          <w:b/>
        </w:rPr>
        <w:t>Studenti delle classi quarte ammessi: 21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3685"/>
        <w:gridCol w:w="3798"/>
        <w:gridCol w:w="1134"/>
      </w:tblGrid>
      <w:tr w:rsidR="00DA4D35">
        <w:trPr>
          <w:tblHeader/>
          <w:jc w:val="center"/>
        </w:trPr>
        <w:tc>
          <w:tcPr>
            <w:tcW w:w="737" w:type="dxa"/>
            <w:shd w:val="clear" w:color="auto" w:fill="194F7C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N.</w:t>
            </w:r>
          </w:p>
        </w:tc>
        <w:tc>
          <w:tcPr>
            <w:tcW w:w="3685" w:type="dxa"/>
            <w:shd w:val="clear" w:color="auto" w:fill="194F7C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COGNOME</w:t>
            </w:r>
          </w:p>
        </w:tc>
        <w:tc>
          <w:tcPr>
            <w:tcW w:w="3798" w:type="dxa"/>
            <w:shd w:val="clear" w:color="auto" w:fill="194F7C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NOME</w:t>
            </w:r>
          </w:p>
        </w:tc>
        <w:tc>
          <w:tcPr>
            <w:tcW w:w="1134" w:type="dxa"/>
            <w:shd w:val="clear" w:color="auto" w:fill="194F7C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CLASSE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Amicucci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Gianluca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2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Ardenti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Francesco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3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Barone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Desirèe Antonietta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Belia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Paolo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5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D’Angeli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Giulia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4AT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6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Della Marta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Francesco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7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Divi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Angelica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8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Donati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Ludovica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4AT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9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Frulio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Marco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10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Giannoli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Vittoria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4AT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Grillea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Alessia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12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Lunardon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Achille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13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Mari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Giorgia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14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Meniconi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Aurora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4AT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15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Meniconi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Giorgia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16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Pagnoni Giorgini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Nicolas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17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Ricci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Clara Anna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4AS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18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Silvano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Kevin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19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Troka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Claudio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4BENO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20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Vitale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Antonio Primo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shd w:val="clear" w:color="auto" w:fill="F2F6FA"/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4AENO</w:t>
            </w:r>
          </w:p>
        </w:tc>
      </w:tr>
      <w:tr w:rsidR="00DA4D35">
        <w:trPr>
          <w:trHeight w:val="465"/>
          <w:jc w:val="center"/>
        </w:trPr>
        <w:tc>
          <w:tcPr>
            <w:tcW w:w="737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lastRenderedPageBreak/>
              <w:t>21</w:t>
            </w:r>
          </w:p>
        </w:tc>
        <w:tc>
          <w:tcPr>
            <w:tcW w:w="3685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Volpi</w:t>
            </w:r>
          </w:p>
        </w:tc>
        <w:tc>
          <w:tcPr>
            <w:tcW w:w="3798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rPr>
                <w:rFonts w:hint="eastAsia"/>
              </w:rPr>
            </w:pPr>
            <w:r>
              <w:rPr>
                <w:sz w:val="19"/>
              </w:rPr>
              <w:t>Alessandro</w:t>
            </w:r>
          </w:p>
        </w:tc>
        <w:tc>
          <w:tcPr>
            <w:tcW w:w="1134" w:type="dxa"/>
            <w:tcBorders>
              <w:bottom w:val="single" w:sz="4" w:space="0" w:color="D9E3ED"/>
            </w:tcBorders>
            <w:tcMar>
              <w:top w:w="55" w:type="dxa"/>
              <w:left w:w="105" w:type="dxa"/>
              <w:bottom w:w="55" w:type="dxa"/>
              <w:right w:w="65" w:type="dxa"/>
            </w:tcMar>
            <w:vAlign w:val="center"/>
          </w:tcPr>
          <w:p w:rsidR="00DA4D35" w:rsidRDefault="00123F9F">
            <w:pPr>
              <w:jc w:val="center"/>
              <w:rPr>
                <w:rFonts w:hint="eastAsia"/>
              </w:rPr>
            </w:pPr>
            <w:r>
              <w:rPr>
                <w:sz w:val="19"/>
              </w:rPr>
              <w:t>4AENO</w:t>
            </w:r>
          </w:p>
        </w:tc>
      </w:tr>
    </w:tbl>
    <w:p w:rsidR="00DA4D35" w:rsidRDefault="00123F9F">
      <w:pPr>
        <w:spacing w:before="180"/>
        <w:rPr>
          <w:rFonts w:hint="eastAsia"/>
        </w:rPr>
      </w:pPr>
      <w:r>
        <w:rPr>
          <w:b/>
        </w:rPr>
        <w:t>Totale: 21 partecipanti.</w:t>
      </w:r>
    </w:p>
    <w:p w:rsidR="00DA4D35" w:rsidRDefault="00123F9F">
      <w:pPr>
        <w:spacing w:before="140"/>
        <w:rPr>
          <w:rFonts w:hint="eastAsia"/>
        </w:rPr>
      </w:pPr>
      <w:r>
        <w:rPr>
          <w:i/>
          <w:color w:val="546069"/>
          <w:sz w:val="18"/>
        </w:rPr>
        <w:t>Nota: le date indicate sono presumibili e soggette a conferma organizzativa.</w:t>
      </w:r>
    </w:p>
    <w:sectPr w:rsidR="00DA4D35" w:rsidSect="00034616">
      <w:footerReference w:type="default" r:id="rId8"/>
      <w:pgSz w:w="11906" w:h="16838"/>
      <w:pgMar w:top="964" w:right="1191" w:bottom="935" w:left="1191" w:header="454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F9F" w:rsidRDefault="00123F9F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123F9F" w:rsidRDefault="00123F9F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4D35" w:rsidRDefault="00123F9F">
    <w:pPr>
      <w:pStyle w:val="Pidipagina"/>
      <w:jc w:val="center"/>
      <w:rPr>
        <w:rFonts w:hint="eastAsia"/>
      </w:rPr>
    </w:pPr>
    <w:r>
      <w:rPr>
        <w:color w:val="5A6974"/>
        <w:sz w:val="16"/>
      </w:rPr>
      <w:t xml:space="preserve">Erasmus+ SHORT – Elenco </w:t>
    </w:r>
    <w:r>
      <w:rPr>
        <w:color w:val="5A6974"/>
        <w:sz w:val="16"/>
      </w:rPr>
      <w:t>partecipanti | Barcellona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F9F" w:rsidRDefault="00123F9F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123F9F" w:rsidRDefault="00123F9F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3F9F"/>
    <w:rsid w:val="0015074B"/>
    <w:rsid w:val="0029639D"/>
    <w:rsid w:val="00326F90"/>
    <w:rsid w:val="00A22C48"/>
    <w:rsid w:val="00AA1D8D"/>
    <w:rsid w:val="00B47730"/>
    <w:rsid w:val="00CB0664"/>
    <w:rsid w:val="00DA4D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1E0DD77-C74D-45F9-AAD6-9F864922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  <w:color w:val="262F3C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D4BEF9-C5CF-448D-B0E1-2CA3C655F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Elenco studenti ammessi - Erasmus+ SHORT Barcellona 2027</vt:lpstr>
      <vt:lpstr/>
    </vt:vector>
  </TitlesOfParts>
  <Manager/>
  <Company/>
  <LinksUpToDate>false</LinksUpToDate>
  <CharactersWithSpaces>925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studenti ammessi - Erasmus+ SHORT Barcellona 2027</dc:title>
  <dc:subject>Elenco alfabetico studenti delle classi quarte - 21 partecipanti</dc:subject>
  <dc:creator>python-docx</dc:creator>
  <cp:keywords/>
  <dc:description>generated by python-docx</dc:description>
  <cp:lastModifiedBy>ERASMUS</cp:lastModifiedBy>
  <cp:revision>2</cp:revision>
  <dcterms:created xsi:type="dcterms:W3CDTF">2026-10-21T12:49:00Z</dcterms:created>
  <dcterms:modified xsi:type="dcterms:W3CDTF">2026-10-21T12:49:00Z</dcterms:modified>
  <cp:category/>
</cp:coreProperties>
</file>