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4C6" w:rsidRPr="007F430C" w:rsidRDefault="007F430C">
      <w:pPr>
        <w:jc w:val="center"/>
        <w:rPr>
          <w:rFonts w:hint="eastAsia"/>
          <w:sz w:val="32"/>
          <w:szCs w:val="32"/>
        </w:rPr>
      </w:pPr>
      <w:r w:rsidRPr="007F430C">
        <w:rPr>
          <w:b/>
          <w:sz w:val="32"/>
          <w:szCs w:val="32"/>
        </w:rPr>
        <w:t>IPSEOASC “G. DE CAROLIS” – SPOLETO</w:t>
      </w:r>
    </w:p>
    <w:p w:rsidR="004304C6" w:rsidRPr="007F430C" w:rsidRDefault="007F430C">
      <w:pPr>
        <w:jc w:val="center"/>
        <w:rPr>
          <w:rFonts w:hint="eastAsia"/>
          <w:sz w:val="32"/>
          <w:szCs w:val="32"/>
        </w:rPr>
      </w:pPr>
      <w:r w:rsidRPr="007F430C">
        <w:rPr>
          <w:b/>
          <w:sz w:val="32"/>
          <w:szCs w:val="32"/>
        </w:rPr>
        <w:t>PROGETTO ERASMUS+ – JOB SHADOWING</w:t>
      </w:r>
    </w:p>
    <w:p w:rsidR="004304C6" w:rsidRDefault="007F430C">
      <w:pPr>
        <w:jc w:val="center"/>
        <w:rPr>
          <w:b/>
          <w:sz w:val="24"/>
          <w:szCs w:val="24"/>
        </w:rPr>
      </w:pPr>
      <w:r w:rsidRPr="007F430C">
        <w:rPr>
          <w:b/>
          <w:sz w:val="24"/>
          <w:szCs w:val="24"/>
        </w:rPr>
        <w:t>Reims (Francia) – dal 24 al 31 gennaio 2027</w:t>
      </w:r>
    </w:p>
    <w:p w:rsidR="007F430C" w:rsidRPr="007F430C" w:rsidRDefault="007F430C">
      <w:pPr>
        <w:jc w:val="center"/>
        <w:rPr>
          <w:rFonts w:hint="eastAsia"/>
          <w:sz w:val="24"/>
          <w:szCs w:val="24"/>
        </w:rPr>
      </w:pPr>
      <w:bookmarkStart w:id="0" w:name="_GoBack"/>
      <w:bookmarkEnd w:id="0"/>
    </w:p>
    <w:p w:rsidR="004304C6" w:rsidRPr="007F430C" w:rsidRDefault="007F430C">
      <w:pPr>
        <w:spacing w:before="180" w:after="2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 xml:space="preserve">Elenco dei docenti che </w:t>
      </w:r>
      <w:proofErr w:type="gramStart"/>
      <w:r w:rsidRPr="007F430C">
        <w:rPr>
          <w:sz w:val="28"/>
          <w:szCs w:val="28"/>
        </w:rPr>
        <w:t>hanno</w:t>
      </w:r>
      <w:proofErr w:type="gramEnd"/>
      <w:r w:rsidRPr="007F430C">
        <w:rPr>
          <w:sz w:val="28"/>
          <w:szCs w:val="28"/>
        </w:rPr>
        <w:t xml:space="preserve"> manifestato la propria disponibilità a partecipare al progetto Erasmus+ di Job Shadowing a Reims (Francia).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b/>
          <w:sz w:val="28"/>
          <w:szCs w:val="28"/>
        </w:rPr>
        <w:t xml:space="preserve">1.  </w:t>
      </w:r>
      <w:r w:rsidRPr="007F430C">
        <w:rPr>
          <w:b/>
          <w:sz w:val="28"/>
          <w:szCs w:val="28"/>
        </w:rPr>
        <w:t>Diotallevi Paolo – Accompagnatore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>2.  Selli Paola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>3.  Principi Silvia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>4.  Bizzaglia Roberta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>5.  Cetorelli Alessandra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>6.  Chiocci Stefania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>7.  Liccati Giovanni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>8.  Battiboia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>9.  Giuli Luigi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>10.  Ciambella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>11.  Pilati Emanuele</w:t>
      </w:r>
    </w:p>
    <w:p w:rsidR="004304C6" w:rsidRPr="007F430C" w:rsidRDefault="007F430C">
      <w:pPr>
        <w:spacing w:after="60"/>
        <w:ind w:left="340"/>
        <w:rPr>
          <w:rFonts w:hint="eastAsia"/>
          <w:sz w:val="28"/>
          <w:szCs w:val="28"/>
        </w:rPr>
      </w:pPr>
      <w:r w:rsidRPr="007F430C">
        <w:rPr>
          <w:sz w:val="28"/>
          <w:szCs w:val="28"/>
        </w:rPr>
        <w:t>12.  Santificetur Nicola</w:t>
      </w:r>
    </w:p>
    <w:p w:rsidR="004304C6" w:rsidRPr="007F430C" w:rsidRDefault="007F430C">
      <w:pPr>
        <w:spacing w:before="200"/>
        <w:rPr>
          <w:rFonts w:hint="eastAsia"/>
          <w:sz w:val="28"/>
          <w:szCs w:val="28"/>
        </w:rPr>
      </w:pPr>
      <w:r w:rsidRPr="007F430C">
        <w:rPr>
          <w:b/>
          <w:sz w:val="28"/>
          <w:szCs w:val="28"/>
        </w:rPr>
        <w:t>Totale</w:t>
      </w:r>
      <w:r w:rsidRPr="007F430C">
        <w:rPr>
          <w:b/>
          <w:sz w:val="28"/>
          <w:szCs w:val="28"/>
        </w:rPr>
        <w:t xml:space="preserve">: 12 docenti, compreso </w:t>
      </w:r>
      <w:proofErr w:type="gramStart"/>
      <w:r w:rsidRPr="007F430C">
        <w:rPr>
          <w:b/>
          <w:sz w:val="28"/>
          <w:szCs w:val="28"/>
        </w:rPr>
        <w:t>il</w:t>
      </w:r>
      <w:proofErr w:type="gramEnd"/>
      <w:r w:rsidRPr="007F430C">
        <w:rPr>
          <w:b/>
          <w:sz w:val="28"/>
          <w:szCs w:val="28"/>
        </w:rPr>
        <w:t xml:space="preserve"> docente accompagnatore.</w:t>
      </w:r>
    </w:p>
    <w:sectPr w:rsidR="004304C6" w:rsidRPr="007F430C" w:rsidSect="00034616">
      <w:pgSz w:w="12240" w:h="15840"/>
      <w:pgMar w:top="130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04C6"/>
    <w:rsid w:val="007F430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A5E0882-2701-46C6-A03B-C2000331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00"/>
    </w:pPr>
    <w:rPr>
      <w:rFonts w:ascii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5F84FF-A9F6-4AA8-B68A-3BF1F7ADD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ERASMUS</cp:lastModifiedBy>
  <cp:revision>2</cp:revision>
  <dcterms:created xsi:type="dcterms:W3CDTF">2013-12-23T23:15:00Z</dcterms:created>
  <dcterms:modified xsi:type="dcterms:W3CDTF">2026-10-13T06:29:00Z</dcterms:modified>
  <cp:category/>
</cp:coreProperties>
</file>