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6BD" w:rsidRDefault="009C28BE">
      <w:pPr>
        <w:jc w:val="center"/>
        <w:rPr>
          <w:rFonts w:hint="eastAsia"/>
        </w:rPr>
      </w:pPr>
      <w:r>
        <w:rPr>
          <w:b/>
        </w:rPr>
        <w:t>IPSEOASC “G. DE CAROLIS” – SPOLETO</w:t>
      </w:r>
    </w:p>
    <w:p w:rsidR="003F36BD" w:rsidRDefault="009C28BE">
      <w:pPr>
        <w:jc w:val="center"/>
        <w:rPr>
          <w:rFonts w:hint="eastAsia"/>
        </w:rPr>
      </w:pPr>
      <w:r>
        <w:rPr>
          <w:b/>
        </w:rPr>
        <w:t>PROGRAMMA ERASMUS+</w:t>
      </w:r>
    </w:p>
    <w:p w:rsidR="003F36BD" w:rsidRDefault="009C28BE">
      <w:pPr>
        <w:jc w:val="center"/>
        <w:rPr>
          <w:rFonts w:hint="eastAsia"/>
        </w:rPr>
      </w:pPr>
      <w:r>
        <w:rPr>
          <w:b/>
        </w:rPr>
        <w:t>ACCREDITAMENTO 2021–2027 – ANNUALITÀ 2026/2027</w:t>
      </w:r>
    </w:p>
    <w:p w:rsidR="003F36BD" w:rsidRDefault="009C28BE">
      <w:pPr>
        <w:jc w:val="center"/>
        <w:rPr>
          <w:rFonts w:hint="eastAsia"/>
        </w:rPr>
      </w:pPr>
      <w:r>
        <w:rPr>
          <w:b/>
        </w:rPr>
        <w:t>Progetto “VET International Consortium for Tourism and Environment”</w:t>
      </w:r>
    </w:p>
    <w:p w:rsidR="003F36BD" w:rsidRDefault="009C28BE">
      <w:pPr>
        <w:jc w:val="center"/>
        <w:rPr>
          <w:rFonts w:hint="eastAsia"/>
        </w:rPr>
      </w:pPr>
      <w:r>
        <w:rPr>
          <w:b/>
        </w:rPr>
        <w:t>Codice progetto: 2026-1-IT01-KA121-VET-000426555</w:t>
      </w:r>
    </w:p>
    <w:p w:rsidR="003F36BD" w:rsidRDefault="009C28BE">
      <w:pPr>
        <w:jc w:val="center"/>
        <w:rPr>
          <w:rFonts w:hint="eastAsia"/>
        </w:rPr>
      </w:pPr>
      <w:r>
        <w:rPr>
          <w:b/>
        </w:rPr>
        <w:t>ALLEGATO A – DOMANDA DI PARTECIPAZIONE ALLA SELEZIONE DEL PERSONALE DOCENTE</w:t>
      </w:r>
    </w:p>
    <w:p w:rsidR="003F36BD" w:rsidRDefault="009C28BE">
      <w:pPr>
        <w:rPr>
          <w:rFonts w:hint="eastAsia"/>
        </w:rPr>
      </w:pPr>
      <w:r>
        <w:t>Oggetto: Domanda di partecipazione alla selezione di n. 16 docenti per attività di formazione strutturata nell’ambito del Programma Erasmus+ – Annualità 2026/2027 – Cod. 2026-1-IT01-KA121-VET-000426555.</w:t>
      </w:r>
    </w:p>
    <w:p w:rsidR="003F36BD" w:rsidRDefault="009C28BE">
      <w:pPr>
        <w:rPr>
          <w:rFonts w:hint="eastAsia"/>
        </w:rPr>
      </w:pPr>
      <w:r>
        <w:t>Il/La sottoscritto/a ______________________________________________</w:t>
      </w:r>
    </w:p>
    <w:p w:rsidR="003F36BD" w:rsidRDefault="009C28BE">
      <w:pPr>
        <w:rPr>
          <w:rFonts w:hint="eastAsia"/>
        </w:rPr>
      </w:pPr>
      <w:r>
        <w:t>Docente di ___________________________________________________</w:t>
      </w:r>
    </w:p>
    <w:p w:rsidR="003F36BD" w:rsidRDefault="009C28BE">
      <w:pPr>
        <w:rPr>
          <w:rFonts w:hint="eastAsia"/>
        </w:rPr>
      </w:pPr>
      <w:r>
        <w:t>presso l’IPSEOASC “G. De Carolis” di Spoleto</w:t>
      </w:r>
    </w:p>
    <w:p w:rsidR="003F36BD" w:rsidRDefault="009C28BE">
      <w:pPr>
        <w:rPr>
          <w:rFonts w:hint="eastAsia"/>
        </w:rPr>
      </w:pPr>
      <w:r>
        <w:t>E-mail _______________________________________________________</w:t>
      </w:r>
    </w:p>
    <w:p w:rsidR="003F36BD" w:rsidRDefault="009C28BE">
      <w:pPr>
        <w:rPr>
          <w:rFonts w:hint="eastAsia"/>
        </w:rPr>
      </w:pPr>
      <w:r>
        <w:t>Recapito telefonico ____________________________________________</w:t>
      </w:r>
    </w:p>
    <w:p w:rsidR="003F36BD" w:rsidRDefault="009C28BE">
      <w:pPr>
        <w:pStyle w:val="Titolo2"/>
      </w:pPr>
      <w:r>
        <w:t>CHIEDE</w:t>
      </w:r>
    </w:p>
    <w:p w:rsidR="003F36BD" w:rsidRDefault="009C28BE">
      <w:pPr>
        <w:rPr>
          <w:rFonts w:hint="eastAsia"/>
        </w:rPr>
      </w:pPr>
      <w:r>
        <w:t>di partecipare alla selezione prevista dal bando interno Erasmus+ per n. 16 docenti, finalizzata alla partecipazione a corsi di formazione strutturati, con sessioni didattiche in lingua inglese, anche mediante l’utilizzo della metodologia CLIL, di metodologie didattiche innovative e di pratiche per l’inclusione scolastica.</w:t>
      </w:r>
    </w:p>
    <w:p w:rsidR="003F36BD" w:rsidRDefault="009C28BE">
      <w:pPr>
        <w:rPr>
          <w:rFonts w:hint="eastAsia"/>
        </w:rPr>
      </w:pPr>
      <w:r>
        <w:t>La mobilità avrà una durata complessiva di 8 giorni, di cui 6 dedicati alla formazione e 2 al viaggio, nel periodo dall’11 al 18 luglio 2027.</w:t>
      </w:r>
    </w:p>
    <w:p w:rsidR="003F36BD" w:rsidRDefault="009C28BE">
      <w:pPr>
        <w:rPr>
          <w:rFonts w:hint="eastAsia"/>
        </w:rPr>
      </w:pPr>
      <w:r>
        <w:t>Destinazione da confermare: Rethymno (Creta – Grecia) oppure Porto (Portogallo), secondo la programmazione definitiva del progetto.</w:t>
      </w:r>
    </w:p>
    <w:p w:rsidR="003F36BD" w:rsidRDefault="009C28BE">
      <w:pPr>
        <w:pStyle w:val="Titolo2"/>
      </w:pPr>
      <w:r>
        <w:t>A TAL FINE DICHIARA</w:t>
      </w:r>
    </w:p>
    <w:p w:rsidR="003F36BD" w:rsidRDefault="009C28BE">
      <w:pPr>
        <w:rPr>
          <w:rFonts w:hint="eastAsia"/>
        </w:rPr>
      </w:pPr>
      <w:r>
        <w:t>Ai sensi degli articoli 46 e 47 del D.P.R. 445/2000, consapevole delle sanzioni penali previste dall’art. 76 del medesimo decreto in caso di dichiarazioni mendaci e falsità in atti:</w:t>
      </w:r>
    </w:p>
    <w:p w:rsidR="003F36BD" w:rsidRDefault="009C28BE">
      <w:pPr>
        <w:pStyle w:val="Titolo2"/>
      </w:pPr>
      <w:r>
        <w:t>1. Posizione di servizio</w:t>
      </w:r>
    </w:p>
    <w:p w:rsidR="003F36BD" w:rsidRDefault="009C28BE">
      <w:pPr>
        <w:rPr>
          <w:rFonts w:hint="eastAsia"/>
        </w:rPr>
      </w:pPr>
      <w:r>
        <w:t>Di essere docente in servizio presso l’IPSEOASC “G. De Carolis” di Spoleto. Posizione di servizio (barrare la casella corrispondente):</w:t>
      </w:r>
    </w:p>
    <w:p w:rsidR="003F36BD" w:rsidRDefault="009C28BE">
      <w:pPr>
        <w:pStyle w:val="Puntoelenco"/>
        <w:rPr>
          <w:rFonts w:hint="eastAsia"/>
        </w:rPr>
      </w:pPr>
      <w:r>
        <w:t>☐ Docente di ruolo con titolarità presso l’Istituto.</w:t>
      </w:r>
    </w:p>
    <w:p w:rsidR="003F36BD" w:rsidRDefault="009C28BE">
      <w:pPr>
        <w:pStyle w:val="Puntoelenco"/>
        <w:rPr>
          <w:rFonts w:hint="eastAsia"/>
        </w:rPr>
      </w:pPr>
      <w:r>
        <w:t>☐ Docente di ruolo in completamento orario esterno.</w:t>
      </w:r>
    </w:p>
    <w:p w:rsidR="003F36BD" w:rsidRDefault="009C28BE">
      <w:pPr>
        <w:pStyle w:val="Puntoelenco"/>
        <w:rPr>
          <w:rFonts w:hint="eastAsia"/>
        </w:rPr>
      </w:pPr>
      <w:r>
        <w:t>☐ Docente in assegnazione provvisoria annuale presso l’Istituto.</w:t>
      </w:r>
    </w:p>
    <w:p w:rsidR="003F36BD" w:rsidRDefault="009C28BE">
      <w:pPr>
        <w:pStyle w:val="Puntoelenco"/>
        <w:rPr>
          <w:rFonts w:hint="eastAsia"/>
        </w:rPr>
      </w:pPr>
      <w:r>
        <w:t>☐ Altra posizione di servizio: ______________________________</w:t>
      </w:r>
    </w:p>
    <w:p w:rsidR="003F36BD" w:rsidRDefault="009C28BE">
      <w:pPr>
        <w:pStyle w:val="Titolo2"/>
      </w:pPr>
      <w:r>
        <w:t>2. Competenze linguistiche</w:t>
      </w:r>
    </w:p>
    <w:p w:rsidR="003F36BD" w:rsidRDefault="009C28BE">
      <w:pPr>
        <w:rPr>
          <w:rFonts w:hint="eastAsia"/>
        </w:rPr>
      </w:pPr>
      <w:r>
        <w:t>Relativamente alla conoscenza della lingua inglese, dichiara:</w:t>
      </w:r>
    </w:p>
    <w:p w:rsidR="003F36BD" w:rsidRDefault="009C28BE">
      <w:pPr>
        <w:pStyle w:val="Puntoelenco"/>
        <w:rPr>
          <w:rFonts w:hint="eastAsia"/>
        </w:rPr>
      </w:pPr>
      <w:r>
        <w:t>☐ Di possedere una conoscenza della lingua inglese di livello B1.</w:t>
      </w:r>
    </w:p>
    <w:p w:rsidR="003F36BD" w:rsidRDefault="009C28BE">
      <w:pPr>
        <w:pStyle w:val="Puntoelenco"/>
        <w:rPr>
          <w:rFonts w:hint="eastAsia"/>
        </w:rPr>
      </w:pPr>
      <w:r>
        <w:t>☐ Di essere in possesso di una certificazione linguistica internazionale di livello B1 o superiore.</w:t>
      </w:r>
    </w:p>
    <w:p w:rsidR="003F36BD" w:rsidRDefault="009C28BE">
      <w:pPr>
        <w:pStyle w:val="Puntoelenco"/>
        <w:rPr>
          <w:rFonts w:hint="eastAsia"/>
        </w:rPr>
      </w:pPr>
      <w:r>
        <w:t>Livello: __________     Ente certificatore: _________________________________</w:t>
      </w:r>
    </w:p>
    <w:p w:rsidR="003F36BD" w:rsidRDefault="009C28BE">
      <w:pPr>
        <w:pStyle w:val="Puntoelenco"/>
        <w:rPr>
          <w:rFonts w:hint="eastAsia"/>
        </w:rPr>
      </w:pPr>
      <w:r>
        <w:t>☐ Di essere iscritto/a o di frequentare un corso di lingua inglese.</w:t>
      </w:r>
    </w:p>
    <w:p w:rsidR="003F36BD" w:rsidRDefault="009C28BE">
      <w:pPr>
        <w:pStyle w:val="Puntoelenco"/>
        <w:rPr>
          <w:rFonts w:hint="eastAsia"/>
        </w:rPr>
      </w:pPr>
      <w:r>
        <w:t>Denominazione del corso: ______________________________________________</w:t>
      </w:r>
    </w:p>
    <w:p w:rsidR="003F36BD" w:rsidRDefault="009C28BE">
      <w:pPr>
        <w:pStyle w:val="Titolo2"/>
      </w:pPr>
      <w:r>
        <w:t>3. Partecipazione a corsi CLIL o progetti europei svolti in Italia</w:t>
      </w:r>
    </w:p>
    <w:p w:rsidR="003F36BD" w:rsidRDefault="009C28BE">
      <w:pPr>
        <w:rPr>
          <w:rFonts w:hint="eastAsia"/>
        </w:rPr>
      </w:pPr>
      <w:r>
        <w:t>Di aver partecipato ai seguenti corsi CLIL o progetti europei svolti in Italia presso l’IPSEOASC “G. De Carolis” di Spoleto.</w:t>
      </w:r>
    </w:p>
    <w:p w:rsidR="003F36BD" w:rsidRDefault="009C28BE">
      <w:pPr>
        <w:rPr>
          <w:rFonts w:hint="eastAsia"/>
        </w:rPr>
      </w:pPr>
      <w:r>
        <w:lastRenderedPageBreak/>
        <w:t>Indicare titolo, durata e sede di svolgimento del corso.</w:t>
      </w:r>
    </w:p>
    <w:p w:rsidR="003F36BD" w:rsidRDefault="009C28BE">
      <w:pPr>
        <w:rPr>
          <w:rFonts w:hint="eastAsia"/>
        </w:rPr>
      </w:pPr>
      <w:r>
        <w:t>a) _______________________________________________________________</w:t>
      </w:r>
    </w:p>
    <w:p w:rsidR="003F36BD" w:rsidRDefault="009C28BE">
      <w:pPr>
        <w:rPr>
          <w:rFonts w:hint="eastAsia"/>
        </w:rPr>
      </w:pPr>
      <w:r>
        <w:t>b) _______________________________________________________________</w:t>
      </w:r>
    </w:p>
    <w:p w:rsidR="003F36BD" w:rsidRDefault="009C28BE">
      <w:pPr>
        <w:rPr>
          <w:rFonts w:hint="eastAsia"/>
        </w:rPr>
      </w:pPr>
      <w:r>
        <w:t>c) _______________________________________________________________</w:t>
      </w:r>
    </w:p>
    <w:p w:rsidR="003F36BD" w:rsidRDefault="009C28BE">
      <w:pPr>
        <w:rPr>
          <w:rFonts w:hint="eastAsia"/>
        </w:rPr>
      </w:pPr>
      <w:r>
        <w:t>d) _______________________________________________________________</w:t>
      </w:r>
    </w:p>
    <w:p w:rsidR="003F36BD" w:rsidRDefault="009C28BE">
      <w:pPr>
        <w:pStyle w:val="Titolo2"/>
      </w:pPr>
      <w:r>
        <w:t>4. Partecipazione a corsi CLIL o progetti europei svolti all’estero</w:t>
      </w:r>
    </w:p>
    <w:p w:rsidR="003F36BD" w:rsidRDefault="009C28BE">
      <w:pPr>
        <w:rPr>
          <w:rFonts w:hint="eastAsia"/>
        </w:rPr>
      </w:pPr>
      <w:r>
        <w:t>Di aver partecipato ai seguenti corsi CLIL o progetti europei svolti all’estero.</w:t>
      </w:r>
    </w:p>
    <w:p w:rsidR="003F36BD" w:rsidRDefault="009C28BE">
      <w:pPr>
        <w:rPr>
          <w:rFonts w:hint="eastAsia"/>
        </w:rPr>
      </w:pPr>
      <w:r>
        <w:t>Indicare titolo, durata, anno e sede di svolgimento.</w:t>
      </w:r>
    </w:p>
    <w:p w:rsidR="003F36BD" w:rsidRDefault="009C28BE">
      <w:pPr>
        <w:rPr>
          <w:rFonts w:hint="eastAsia"/>
        </w:rPr>
      </w:pPr>
      <w:r>
        <w:t>a) _______________________________________________________________</w:t>
      </w:r>
    </w:p>
    <w:p w:rsidR="003F36BD" w:rsidRDefault="009C28BE">
      <w:pPr>
        <w:rPr>
          <w:rFonts w:hint="eastAsia"/>
        </w:rPr>
      </w:pPr>
      <w:r>
        <w:t>b) _______________________________________________________________</w:t>
      </w:r>
    </w:p>
    <w:p w:rsidR="003F36BD" w:rsidRDefault="009C28BE">
      <w:pPr>
        <w:rPr>
          <w:rFonts w:hint="eastAsia"/>
        </w:rPr>
      </w:pPr>
      <w:r>
        <w:t>c) _______________________________________________________________</w:t>
      </w:r>
    </w:p>
    <w:p w:rsidR="003F36BD" w:rsidRDefault="009C28BE">
      <w:pPr>
        <w:rPr>
          <w:rFonts w:hint="eastAsia"/>
        </w:rPr>
      </w:pPr>
      <w:r>
        <w:t>d) _______________________________________________________________</w:t>
      </w:r>
    </w:p>
    <w:p w:rsidR="003F36BD" w:rsidRDefault="009C28BE">
      <w:pPr>
        <w:pStyle w:val="Titolo2"/>
      </w:pPr>
      <w:r>
        <w:t>5. Incarichi svolti all’interno dell’Istituto negli ultimi tre anni scolastici</w:t>
      </w:r>
    </w:p>
    <w:p w:rsidR="003F36BD" w:rsidRDefault="009C28BE">
      <w:pPr>
        <w:rPr>
          <w:rFonts w:hint="eastAsia"/>
        </w:rPr>
      </w:pPr>
      <w:r>
        <w:t>Di aver ricoperto, negli ultimi tre anni scolastici, incarichi quali Funzioni Strumentali, Commissione POF, Commissione Stage e Alternanza Scuola-Lavoro, Consiglio di Istituto, Coordinatore di Dipartimento, Responsabili di funzione dell’accreditamento, Comitato di Valutazione o altri incarichi.</w:t>
      </w:r>
    </w:p>
    <w:p w:rsidR="003F36BD" w:rsidRDefault="009C28BE">
      <w:pPr>
        <w:rPr>
          <w:rFonts w:hint="eastAsia"/>
        </w:rPr>
      </w:pPr>
      <w:r>
        <w:t>Indicare l’anno scolastico e la funzione ricoperta.</w:t>
      </w:r>
    </w:p>
    <w:p w:rsidR="003F36BD" w:rsidRDefault="009C28BE">
      <w:pPr>
        <w:rPr>
          <w:rFonts w:hint="eastAsia"/>
        </w:rPr>
      </w:pPr>
      <w:r>
        <w:t>a) _______________________________________________________________</w:t>
      </w:r>
    </w:p>
    <w:p w:rsidR="003F36BD" w:rsidRDefault="009C28BE">
      <w:pPr>
        <w:rPr>
          <w:rFonts w:hint="eastAsia"/>
        </w:rPr>
      </w:pPr>
      <w:r>
        <w:t>b) _______________________________________________________________</w:t>
      </w:r>
    </w:p>
    <w:p w:rsidR="003F36BD" w:rsidRDefault="009C28BE">
      <w:pPr>
        <w:rPr>
          <w:rFonts w:hint="eastAsia"/>
        </w:rPr>
      </w:pPr>
      <w:r>
        <w:t>c) _______________________________________________________________</w:t>
      </w:r>
    </w:p>
    <w:p w:rsidR="003F36BD" w:rsidRDefault="009C28BE">
      <w:pPr>
        <w:rPr>
          <w:rFonts w:hint="eastAsia"/>
        </w:rPr>
      </w:pPr>
      <w:r>
        <w:t>d) _______________________________________________________________</w:t>
      </w:r>
    </w:p>
    <w:p w:rsidR="003F36BD" w:rsidRDefault="009C28BE">
      <w:pPr>
        <w:pStyle w:val="Titolo2"/>
      </w:pPr>
      <w:r>
        <w:t>6. Progetto di ricaduta formativa e trasferibilità delle metodologie</w:t>
      </w:r>
    </w:p>
    <w:p w:rsidR="003F36BD" w:rsidRDefault="009C28BE">
      <w:pPr>
        <w:rPr>
          <w:rFonts w:hint="eastAsia"/>
        </w:rPr>
      </w:pPr>
      <w:r>
        <w:t>Di impegnarsi a trasferire e applicare nella propria disciplina di insegnamento le competenze e le metodologie acquisite durante l’esperienza di mobilità Erasmus+, con particolare riferimento alla metodologia CLIL, all’innovazione didattica e alle pratiche per l’inclusione scolastica.</w:t>
      </w:r>
    </w:p>
    <w:p w:rsidR="003F36BD" w:rsidRDefault="009C28BE">
      <w:pPr>
        <w:rPr>
          <w:rFonts w:hint="eastAsia"/>
        </w:rPr>
      </w:pPr>
      <w:r>
        <w:t>A tal fine allega un progetto di ricaduta formativa, applicativo e attinente alla propria disciplina, con descrizione delle modalità di trasferibilità delle metodologie nell’anno scolastico 2026/2027. L’elaborato non dovrà superare le 2 cartelle.</w:t>
      </w:r>
    </w:p>
    <w:p w:rsidR="003F36BD" w:rsidRDefault="009C28BE">
      <w:pPr>
        <w:pStyle w:val="Titolo2"/>
      </w:pPr>
      <w:r>
        <w:t>DOCUMENTAZIONE DA ALLEGARE</w:t>
      </w:r>
    </w:p>
    <w:p w:rsidR="003F36BD" w:rsidRDefault="009C28BE">
      <w:pPr>
        <w:pStyle w:val="Puntoelenco"/>
        <w:rPr>
          <w:rFonts w:hint="eastAsia"/>
        </w:rPr>
      </w:pPr>
      <w:r>
        <w:t>☐ Progetto di ricaduta formativa relativo alle metodologie CLIL, alle metodologie didattiche innovative e all’inclusione scolastica (massimo 2 cartelle).</w:t>
      </w:r>
    </w:p>
    <w:p w:rsidR="003F36BD" w:rsidRDefault="009C28BE">
      <w:pPr>
        <w:pStyle w:val="Puntoelenco"/>
        <w:rPr>
          <w:rFonts w:hint="eastAsia"/>
        </w:rPr>
      </w:pPr>
      <w:r>
        <w:t>☐ Curriculum vitae aggiornato e firmato.</w:t>
      </w:r>
    </w:p>
    <w:p w:rsidR="003F36BD" w:rsidRDefault="009C28BE">
      <w:pPr>
        <w:pStyle w:val="Puntoelenco"/>
        <w:rPr>
          <w:rFonts w:hint="eastAsia"/>
        </w:rPr>
      </w:pPr>
      <w:r>
        <w:t>☐ Fotocopia di un documento di identità valido per l’espatrio, con scadenza non antecedente a dicembre 2027.</w:t>
      </w:r>
    </w:p>
    <w:p w:rsidR="003F36BD" w:rsidRDefault="009C28BE">
      <w:pPr>
        <w:rPr>
          <w:rFonts w:hint="eastAsia"/>
        </w:rPr>
      </w:pPr>
      <w:r>
        <w:t>Eventuale documentazione a supporto delle competenze linguistiche e delle esperienze dichiarate:</w:t>
      </w:r>
    </w:p>
    <w:p w:rsidR="003F36BD" w:rsidRDefault="009C28BE">
      <w:pPr>
        <w:rPr>
          <w:rFonts w:hint="eastAsia"/>
        </w:rPr>
      </w:pPr>
      <w:r>
        <w:t>_____________________________________________________________________</w:t>
      </w:r>
    </w:p>
    <w:p w:rsidR="003F36BD" w:rsidRDefault="009C28BE">
      <w:pPr>
        <w:pStyle w:val="Titolo2"/>
      </w:pPr>
      <w:r>
        <w:t>DICHIARAZIONE FINALE</w:t>
      </w:r>
    </w:p>
    <w:p w:rsidR="003F36BD" w:rsidRDefault="009C28BE">
      <w:pPr>
        <w:rPr>
          <w:rFonts w:hint="eastAsia"/>
        </w:rPr>
      </w:pPr>
      <w:r>
        <w:t>Il/La sottoscritto/a dichiara di aver preso visione del bando interno di selezione e di accettarne le condizioni e le modalità di partecipazione. Dichiara inoltre che le informazioni riportate nella presente domanda corrispondono al vero e di essere consapevole che le dichiarazioni rese potranno essere oggetto di verifica da parte dell’Istituto.</w:t>
      </w:r>
    </w:p>
    <w:p w:rsidR="003F36BD" w:rsidRDefault="009C28BE">
      <w:pPr>
        <w:pStyle w:val="Titolo2"/>
      </w:pPr>
      <w:r>
        <w:lastRenderedPageBreak/>
        <w:t>TRATTAMENTO DEI DATI PERSONALI</w:t>
      </w:r>
    </w:p>
    <w:p w:rsidR="003F36BD" w:rsidRDefault="009C28BE">
      <w:pPr>
        <w:rPr>
          <w:rFonts w:hint="eastAsia"/>
        </w:rPr>
      </w:pPr>
      <w:r>
        <w:t>Il/La sottoscritto/a dichiara di aver preso visione dell’informativa sul trattamento dei dati personali resa dall’Istituto ai sensi dell’art. 13 del Regolamento (UE) 2016/679 (GDPR), per le finalità connesse alla procedura selettiva e all’attuazione del progetto Erasmus+.</w:t>
      </w:r>
    </w:p>
    <w:p w:rsidR="003F36BD" w:rsidRDefault="009C28BE">
      <w:pPr>
        <w:rPr>
          <w:rFonts w:hint="eastAsia"/>
        </w:rPr>
      </w:pPr>
      <w:r>
        <w:t>Spoleto, ____/____/2026                                      Firma del docente: __________________________</w:t>
      </w:r>
    </w:p>
    <w:p w:rsidR="003F36BD" w:rsidRDefault="009C28BE">
      <w:pPr>
        <w:pStyle w:val="Titolo2"/>
      </w:pPr>
      <w:r>
        <w:t>TERMINE E MODALITÀ DI PRESENTAZIONE DELLA DOMANDA</w:t>
      </w:r>
    </w:p>
    <w:p w:rsidR="003F36BD" w:rsidRDefault="009C28BE">
      <w:pPr>
        <w:rPr>
          <w:rFonts w:hint="eastAsia"/>
        </w:rPr>
      </w:pPr>
      <w:r>
        <w:rPr>
          <w:b/>
        </w:rPr>
        <w:t>I docenti interessati dovranno presentare la domanda di partecipazione escl</w:t>
      </w:r>
      <w:r w:rsidR="00B71D31">
        <w:rPr>
          <w:b/>
        </w:rPr>
        <w:t xml:space="preserve">usivamente nella giornata </w:t>
      </w:r>
      <w:proofErr w:type="gramStart"/>
      <w:r w:rsidR="00B71D31">
        <w:rPr>
          <w:b/>
        </w:rPr>
        <w:t>del</w:t>
      </w:r>
      <w:proofErr w:type="gramEnd"/>
      <w:r w:rsidR="00B71D31">
        <w:rPr>
          <w:b/>
        </w:rPr>
        <w:t xml:space="preserve"> 20</w:t>
      </w:r>
      <w:r>
        <w:rPr>
          <w:b/>
        </w:rPr>
        <w:t xml:space="preserve"> ottobre 2026, consegnandola personalmente (brevi manu) presso l’Ufficio Erasmus dell’Istit</w:t>
      </w:r>
      <w:r w:rsidR="00B71D31">
        <w:rPr>
          <w:b/>
        </w:rPr>
        <w:t>uto, entro e non oltre le ore 09</w:t>
      </w:r>
      <w:bookmarkStart w:id="0" w:name="_GoBack"/>
      <w:bookmarkEnd w:id="0"/>
      <w:r w:rsidR="004C1AEA">
        <w:rPr>
          <w:b/>
        </w:rPr>
        <w:t>:3</w:t>
      </w:r>
      <w:r>
        <w:rPr>
          <w:b/>
        </w:rPr>
        <w:t>0 del medesimo giorno.</w:t>
      </w:r>
    </w:p>
    <w:p w:rsidR="003F36BD" w:rsidRDefault="009C28BE">
      <w:pPr>
        <w:rPr>
          <w:rFonts w:hint="eastAsia"/>
        </w:rPr>
      </w:pPr>
      <w:r>
        <w:t>La domanda dovrà essere debitamente compilata, firmata e corredata di tutta la documentazione richiesta.</w:t>
      </w:r>
    </w:p>
    <w:p w:rsidR="003F36BD" w:rsidRDefault="009C28BE">
      <w:pPr>
        <w:rPr>
          <w:rFonts w:hint="eastAsia"/>
        </w:rPr>
      </w:pPr>
      <w:r>
        <w:rPr>
          <w:b/>
        </w:rPr>
        <w:t>Non saranno accettate domande trasmesse con modalità diverse dalla consegna a mano.</w:t>
      </w:r>
    </w:p>
    <w:p w:rsidR="003F36BD" w:rsidRDefault="009C28BE">
      <w:pPr>
        <w:rPr>
          <w:rFonts w:hint="eastAsia"/>
        </w:rPr>
      </w:pPr>
      <w:r>
        <w:t>Per informazioni: Prof. Paolo Diotallevi – Ufficio Erasmus | erasmus@alberghierospoleto.it</w:t>
      </w:r>
    </w:p>
    <w:sectPr w:rsidR="003F36BD" w:rsidSect="00034616">
      <w:footerReference w:type="default" r:id="rId8"/>
      <w:pgSz w:w="12240" w:h="15840"/>
      <w:pgMar w:top="964" w:right="1247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447" w:rsidRDefault="00D2144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21447" w:rsidRDefault="00D2144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6BD" w:rsidRDefault="009C28BE">
    <w:pPr>
      <w:pStyle w:val="Pidipagina"/>
      <w:jc w:val="center"/>
      <w:rPr>
        <w:rFonts w:hint="eastAsia"/>
      </w:rPr>
    </w:pPr>
    <w:r>
      <w:rPr>
        <w:sz w:val="16"/>
      </w:rPr>
      <w:t>IPSEOASC “G. De Carolis” – Spoleto | Erasmus+ 2026/2027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447" w:rsidRDefault="00D2144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21447" w:rsidRDefault="00D2144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36BD"/>
    <w:rsid w:val="004C1AEA"/>
    <w:rsid w:val="007A1CB3"/>
    <w:rsid w:val="009C28BE"/>
    <w:rsid w:val="00AA1D8D"/>
    <w:rsid w:val="00B47730"/>
    <w:rsid w:val="00B71D31"/>
    <w:rsid w:val="00CB0664"/>
    <w:rsid w:val="00D214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5EB704B-6190-4521-A693-DD3201BB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CD778-EB72-4C9B-B7E7-3F33C0C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ERASMUS</cp:lastModifiedBy>
  <cp:revision>3</cp:revision>
  <dcterms:created xsi:type="dcterms:W3CDTF">2026-10-09T08:55:00Z</dcterms:created>
  <dcterms:modified xsi:type="dcterms:W3CDTF">2026-10-09T09:12:00Z</dcterms:modified>
  <cp:category/>
</cp:coreProperties>
</file>